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37D2" w:rsidRDefault="00AF63C3">
      <w:pPr>
        <w:pStyle w:val="Cmsor1"/>
      </w:pPr>
      <w:r>
        <w:t>Alapvető szervezeti adatok</w:t>
      </w:r>
    </w:p>
    <w:p w:rsidR="00FE37D2" w:rsidRDefault="00AF63C3">
      <w:proofErr w:type="spellStart"/>
      <w:r>
        <w:rPr>
          <w:b/>
        </w:rPr>
        <w:t>Intézmény</w:t>
      </w:r>
      <w:proofErr w:type="spellEnd"/>
      <w:r>
        <w:rPr>
          <w:b/>
        </w:rPr>
        <w:t xml:space="preserve"> neve:</w:t>
      </w:r>
    </w:p>
    <w:p w:rsidR="00FE37D2" w:rsidRDefault="00AF63C3">
      <w:r>
        <w:t>Magyar Máltai Szeretetszolgálat Balázs János Általános Iskola és Óvoda</w:t>
      </w:r>
    </w:p>
    <w:p w:rsidR="00FE37D2" w:rsidRDefault="00AF63C3">
      <w:proofErr w:type="spellStart"/>
      <w:r>
        <w:rPr>
          <w:b/>
        </w:rPr>
        <w:t>Fenntartó</w:t>
      </w:r>
      <w:proofErr w:type="spellEnd"/>
      <w:r>
        <w:rPr>
          <w:b/>
        </w:rPr>
        <w:t>:</w:t>
      </w:r>
    </w:p>
    <w:p w:rsidR="00FE37D2" w:rsidRDefault="00AF63C3">
      <w:r>
        <w:t xml:space="preserve">Magyar </w:t>
      </w:r>
      <w:proofErr w:type="spellStart"/>
      <w:r>
        <w:t>Máltai</w:t>
      </w:r>
      <w:proofErr w:type="spellEnd"/>
      <w:r>
        <w:t xml:space="preserve"> </w:t>
      </w:r>
      <w:proofErr w:type="spellStart"/>
      <w:r>
        <w:t>Szeretetszolgálat</w:t>
      </w:r>
      <w:proofErr w:type="spellEnd"/>
      <w:r>
        <w:t xml:space="preserve"> </w:t>
      </w:r>
      <w:proofErr w:type="spellStart"/>
      <w:r>
        <w:t>Iskola</w:t>
      </w:r>
      <w:proofErr w:type="spellEnd"/>
      <w:r>
        <w:t xml:space="preserve"> </w:t>
      </w:r>
      <w:proofErr w:type="spellStart"/>
      <w:r>
        <w:t>Alapítvány</w:t>
      </w:r>
      <w:proofErr w:type="spellEnd"/>
    </w:p>
    <w:p w:rsidR="00FE37D2" w:rsidRDefault="00AF63C3">
      <w:proofErr w:type="spellStart"/>
      <w:r>
        <w:rPr>
          <w:b/>
        </w:rPr>
        <w:t>Intézmény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típusa</w:t>
      </w:r>
      <w:proofErr w:type="spellEnd"/>
      <w:r>
        <w:rPr>
          <w:b/>
        </w:rPr>
        <w:t>:</w:t>
      </w:r>
    </w:p>
    <w:p w:rsidR="00FE37D2" w:rsidRDefault="00AF63C3">
      <w:r>
        <w:t>Általános iskola és óvoda</w:t>
      </w:r>
    </w:p>
    <w:p w:rsidR="00FE37D2" w:rsidRDefault="00AF63C3">
      <w:proofErr w:type="spellStart"/>
      <w:r>
        <w:rPr>
          <w:b/>
        </w:rPr>
        <w:t>Székhely</w:t>
      </w:r>
      <w:proofErr w:type="spellEnd"/>
      <w:r>
        <w:rPr>
          <w:b/>
        </w:rPr>
        <w:t>:</w:t>
      </w:r>
    </w:p>
    <w:p w:rsidR="00FE37D2" w:rsidRDefault="00AF63C3">
      <w:r>
        <w:t xml:space="preserve">4376 </w:t>
      </w:r>
      <w:proofErr w:type="spellStart"/>
      <w:r>
        <w:t>Nyírpilis</w:t>
      </w:r>
      <w:proofErr w:type="spellEnd"/>
      <w:r>
        <w:t xml:space="preserve"> </w:t>
      </w:r>
      <w:proofErr w:type="spellStart"/>
      <w:r>
        <w:t>Károlyi</w:t>
      </w:r>
      <w:proofErr w:type="spellEnd"/>
      <w:r>
        <w:t xml:space="preserve"> u 28</w:t>
      </w:r>
    </w:p>
    <w:p w:rsidR="00FE37D2" w:rsidRDefault="00AF63C3">
      <w:proofErr w:type="spellStart"/>
      <w:r>
        <w:rPr>
          <w:b/>
        </w:rPr>
        <w:t>Telephely</w:t>
      </w:r>
      <w:proofErr w:type="spellEnd"/>
      <w:r>
        <w:rPr>
          <w:b/>
        </w:rPr>
        <w:t>:</w:t>
      </w:r>
    </w:p>
    <w:p w:rsidR="00FE37D2" w:rsidRDefault="00AF63C3">
      <w:r>
        <w:t xml:space="preserve">4376 </w:t>
      </w:r>
      <w:proofErr w:type="spellStart"/>
      <w:r>
        <w:t>Nyírpilis</w:t>
      </w:r>
      <w:proofErr w:type="spellEnd"/>
      <w:r>
        <w:t xml:space="preserve"> </w:t>
      </w:r>
      <w:proofErr w:type="spellStart"/>
      <w:r>
        <w:t>Ady</w:t>
      </w:r>
      <w:proofErr w:type="spellEnd"/>
      <w:r>
        <w:t xml:space="preserve"> </w:t>
      </w:r>
      <w:proofErr w:type="spellStart"/>
      <w:r>
        <w:t>Endre</w:t>
      </w:r>
      <w:proofErr w:type="spellEnd"/>
      <w:r>
        <w:t xml:space="preserve"> u 19</w:t>
      </w:r>
    </w:p>
    <w:p w:rsidR="00FE37D2" w:rsidRDefault="00AF63C3">
      <w:r>
        <w:rPr>
          <w:b/>
        </w:rPr>
        <w:t xml:space="preserve">OM </w:t>
      </w:r>
      <w:proofErr w:type="spellStart"/>
      <w:r>
        <w:rPr>
          <w:b/>
        </w:rPr>
        <w:t>azonosító</w:t>
      </w:r>
      <w:proofErr w:type="spellEnd"/>
      <w:r>
        <w:rPr>
          <w:b/>
        </w:rPr>
        <w:t>:</w:t>
      </w:r>
    </w:p>
    <w:p w:rsidR="00FE37D2" w:rsidRDefault="00AF63C3">
      <w:r>
        <w:t>033550</w:t>
      </w:r>
    </w:p>
    <w:p w:rsidR="00FE37D2" w:rsidRDefault="00AF63C3">
      <w:proofErr w:type="spellStart"/>
      <w:r>
        <w:rPr>
          <w:b/>
        </w:rPr>
        <w:t>Intézményvezető</w:t>
      </w:r>
      <w:proofErr w:type="spellEnd"/>
      <w:r>
        <w:rPr>
          <w:b/>
        </w:rPr>
        <w:t>:</w:t>
      </w:r>
    </w:p>
    <w:p w:rsidR="00FE37D2" w:rsidRDefault="00AF63C3">
      <w:r>
        <w:t>Magyar-Kósa Tímea</w:t>
      </w:r>
    </w:p>
    <w:p w:rsidR="00FE37D2" w:rsidRDefault="00AF63C3">
      <w:r>
        <w:rPr>
          <w:b/>
        </w:rPr>
        <w:t>Kapcsolattartási adatok:</w:t>
      </w:r>
      <w:bookmarkStart w:id="0" w:name="_GoBack"/>
      <w:bookmarkEnd w:id="0"/>
    </w:p>
    <w:p w:rsidR="00FE37D2" w:rsidRPr="00AF63C3" w:rsidRDefault="00AF63C3">
      <w:proofErr w:type="spellStart"/>
      <w:r w:rsidRPr="00AF63C3">
        <w:t>Telefonszám</w:t>
      </w:r>
      <w:proofErr w:type="spellEnd"/>
      <w:r w:rsidRPr="00AF63C3">
        <w:t>: 0670/7990789</w:t>
      </w:r>
    </w:p>
    <w:p w:rsidR="00FE37D2" w:rsidRPr="00AF63C3" w:rsidRDefault="00AF63C3">
      <w:pPr>
        <w:rPr>
          <w:lang w:val="de-DE"/>
        </w:rPr>
      </w:pPr>
      <w:proofErr w:type="spellStart"/>
      <w:r w:rsidRPr="00AF63C3">
        <w:rPr>
          <w:lang w:val="de-DE"/>
        </w:rPr>
        <w:t>E-mail</w:t>
      </w:r>
      <w:proofErr w:type="spellEnd"/>
      <w:r w:rsidRPr="00AF63C3">
        <w:rPr>
          <w:lang w:val="de-DE"/>
        </w:rPr>
        <w:t xml:space="preserve"> </w:t>
      </w:r>
      <w:proofErr w:type="spellStart"/>
      <w:r w:rsidRPr="00AF63C3">
        <w:rPr>
          <w:lang w:val="de-DE"/>
        </w:rPr>
        <w:t>cím</w:t>
      </w:r>
      <w:proofErr w:type="spellEnd"/>
      <w:r w:rsidRPr="00AF63C3">
        <w:rPr>
          <w:lang w:val="de-DE"/>
        </w:rPr>
        <w:t>: kosa.t</w:t>
      </w:r>
      <w:r>
        <w:rPr>
          <w:lang w:val="de-DE"/>
        </w:rPr>
        <w:t>imea@maltai.hu</w:t>
      </w:r>
    </w:p>
    <w:p w:rsidR="00FE37D2" w:rsidRDefault="00AF63C3">
      <w:proofErr w:type="spellStart"/>
      <w:r>
        <w:t>Honlap</w:t>
      </w:r>
      <w:proofErr w:type="spellEnd"/>
      <w:r>
        <w:t xml:space="preserve">: — </w:t>
      </w:r>
    </w:p>
    <w:p w:rsidR="00FE37D2" w:rsidRDefault="00AF63C3">
      <w:r>
        <w:rPr>
          <w:b/>
        </w:rPr>
        <w:t>Az intézmény alaptevékenysége:</w:t>
      </w:r>
      <w:r>
        <w:rPr>
          <w:b/>
        </w:rPr>
        <w:br/>
      </w:r>
    </w:p>
    <w:p w:rsidR="00FE37D2" w:rsidRDefault="00AF63C3">
      <w:r>
        <w:t>Az intézmény felada</w:t>
      </w:r>
      <w:r>
        <w:t>ta az óvodai nevelés, valamint az általános iskolai nevelés-oktatás ellátása, különös tekintettel a hátrányos és halmozottan hátrányos helyzetű gyermekek esélyteremtésére, a Magyar Máltai Szeretetszolgálat küldetésével összhangban.</w:t>
      </w:r>
    </w:p>
    <w:sectPr w:rsidR="00FE37D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zmozott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zmozott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Felsorol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Felsorol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AA1D8D"/>
    <w:rsid w:val="00AF63C3"/>
    <w:rsid w:val="00B47730"/>
    <w:rsid w:val="00CB0664"/>
    <w:rsid w:val="00FC693F"/>
    <w:rsid w:val="00FE3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78BE55"/>
  <w14:defaultImageDpi w14:val="300"/>
  <w15:docId w15:val="{00B173C6-4D54-4644-B4F7-9FD350DD8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FC693F"/>
  </w:style>
  <w:style w:type="paragraph" w:styleId="Cmsor1">
    <w:name w:val="heading 1"/>
    <w:basedOn w:val="Norml"/>
    <w:next w:val="Norml"/>
    <w:link w:val="Cmsor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618BF"/>
  </w:style>
  <w:style w:type="paragraph" w:styleId="llb">
    <w:name w:val="footer"/>
    <w:basedOn w:val="Norml"/>
    <w:link w:val="llb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618BF"/>
  </w:style>
  <w:style w:type="paragraph" w:styleId="Nincstrkz">
    <w:name w:val="No Spacing"/>
    <w:uiPriority w:val="1"/>
    <w:qFormat/>
    <w:rsid w:val="00FC693F"/>
    <w:pPr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">
    <w:name w:val="Title"/>
    <w:basedOn w:val="Norml"/>
    <w:next w:val="Norml"/>
    <w:link w:val="Cm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aszerbekezds">
    <w:name w:val="List Paragraph"/>
    <w:basedOn w:val="Norml"/>
    <w:uiPriority w:val="34"/>
    <w:qFormat/>
    <w:rsid w:val="00FC693F"/>
    <w:pPr>
      <w:ind w:left="720"/>
      <w:contextualSpacing/>
    </w:pPr>
  </w:style>
  <w:style w:type="paragraph" w:styleId="Szvegtrzs">
    <w:name w:val="Body Text"/>
    <w:basedOn w:val="Norml"/>
    <w:link w:val="SzvegtrzsChar"/>
    <w:uiPriority w:val="99"/>
    <w:unhideWhenUsed/>
    <w:rsid w:val="00AA1D8D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rsid w:val="00AA1D8D"/>
  </w:style>
  <w:style w:type="paragraph" w:styleId="Szvegtrzs2">
    <w:name w:val="Body Text 2"/>
    <w:basedOn w:val="Norml"/>
    <w:link w:val="Szvegtrzs2Char"/>
    <w:uiPriority w:val="99"/>
    <w:unhideWhenUsed/>
    <w:rsid w:val="00AA1D8D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rsid w:val="00AA1D8D"/>
  </w:style>
  <w:style w:type="paragraph" w:styleId="Szvegtrzs3">
    <w:name w:val="Body Text 3"/>
    <w:basedOn w:val="Norml"/>
    <w:link w:val="Szvegtrzs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Szvegtrzs3Char">
    <w:name w:val="Szövegtörzs 3 Char"/>
    <w:basedOn w:val="Bekezdsalapbettpusa"/>
    <w:link w:val="Szvegtrzs3"/>
    <w:uiPriority w:val="99"/>
    <w:rsid w:val="00AA1D8D"/>
    <w:rPr>
      <w:sz w:val="16"/>
      <w:szCs w:val="16"/>
    </w:rPr>
  </w:style>
  <w:style w:type="paragraph" w:styleId="Lista">
    <w:name w:val="List"/>
    <w:basedOn w:val="Norm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l"/>
    <w:uiPriority w:val="99"/>
    <w:unhideWhenUsed/>
    <w:rsid w:val="00326F90"/>
    <w:pPr>
      <w:ind w:left="1080" w:hanging="360"/>
      <w:contextualSpacing/>
    </w:pPr>
  </w:style>
  <w:style w:type="paragraph" w:styleId="Felsorols">
    <w:name w:val="List Bullet"/>
    <w:basedOn w:val="Norml"/>
    <w:uiPriority w:val="99"/>
    <w:unhideWhenUsed/>
    <w:rsid w:val="00326F90"/>
    <w:pPr>
      <w:numPr>
        <w:numId w:val="1"/>
      </w:numPr>
      <w:contextualSpacing/>
    </w:pPr>
  </w:style>
  <w:style w:type="paragraph" w:styleId="Felsorols2">
    <w:name w:val="List Bullet 2"/>
    <w:basedOn w:val="Norml"/>
    <w:uiPriority w:val="99"/>
    <w:unhideWhenUsed/>
    <w:rsid w:val="00326F90"/>
    <w:pPr>
      <w:numPr>
        <w:numId w:val="2"/>
      </w:numPr>
      <w:contextualSpacing/>
    </w:pPr>
  </w:style>
  <w:style w:type="paragraph" w:styleId="Felsorols3">
    <w:name w:val="List Bullet 3"/>
    <w:basedOn w:val="Norml"/>
    <w:uiPriority w:val="99"/>
    <w:unhideWhenUsed/>
    <w:rsid w:val="00326F90"/>
    <w:pPr>
      <w:numPr>
        <w:numId w:val="3"/>
      </w:numPr>
      <w:contextualSpacing/>
    </w:pPr>
  </w:style>
  <w:style w:type="paragraph" w:styleId="Szmozottlista">
    <w:name w:val="List Number"/>
    <w:basedOn w:val="Norml"/>
    <w:uiPriority w:val="99"/>
    <w:unhideWhenUsed/>
    <w:rsid w:val="00326F90"/>
    <w:pPr>
      <w:numPr>
        <w:numId w:val="5"/>
      </w:numPr>
      <w:contextualSpacing/>
    </w:pPr>
  </w:style>
  <w:style w:type="paragraph" w:styleId="Szmozottlista2">
    <w:name w:val="List Number 2"/>
    <w:basedOn w:val="Norml"/>
    <w:uiPriority w:val="99"/>
    <w:unhideWhenUsed/>
    <w:rsid w:val="0029639D"/>
    <w:pPr>
      <w:numPr>
        <w:numId w:val="6"/>
      </w:numPr>
      <w:contextualSpacing/>
    </w:pPr>
  </w:style>
  <w:style w:type="paragraph" w:styleId="Szmozottlista3">
    <w:name w:val="List Number 3"/>
    <w:basedOn w:val="Norml"/>
    <w:uiPriority w:val="99"/>
    <w:unhideWhenUsed/>
    <w:rsid w:val="0029639D"/>
    <w:pPr>
      <w:numPr>
        <w:numId w:val="7"/>
      </w:numPr>
      <w:contextualSpacing/>
    </w:pPr>
  </w:style>
  <w:style w:type="paragraph" w:styleId="Listafolytatsa">
    <w:name w:val="List Continue"/>
    <w:basedOn w:val="Norml"/>
    <w:uiPriority w:val="99"/>
    <w:unhideWhenUsed/>
    <w:rsid w:val="0029639D"/>
    <w:pPr>
      <w:spacing w:after="120"/>
      <w:ind w:left="360"/>
      <w:contextualSpacing/>
    </w:pPr>
  </w:style>
  <w:style w:type="paragraph" w:styleId="Listafolytatsa2">
    <w:name w:val="List Continue 2"/>
    <w:basedOn w:val="Norml"/>
    <w:uiPriority w:val="99"/>
    <w:unhideWhenUsed/>
    <w:rsid w:val="0029639D"/>
    <w:pPr>
      <w:spacing w:after="120"/>
      <w:ind w:left="720"/>
      <w:contextualSpacing/>
    </w:pPr>
  </w:style>
  <w:style w:type="paragraph" w:styleId="Listafolytatsa3">
    <w:name w:val="List Continue 3"/>
    <w:basedOn w:val="Norml"/>
    <w:uiPriority w:val="99"/>
    <w:unhideWhenUsed/>
    <w:rsid w:val="0029639D"/>
    <w:pPr>
      <w:spacing w:after="120"/>
      <w:ind w:left="1080"/>
      <w:contextualSpacing/>
    </w:pPr>
  </w:style>
  <w:style w:type="paragraph" w:styleId="Makrszvege">
    <w:name w:val="macro"/>
    <w:link w:val="Makrszvege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szvegeChar">
    <w:name w:val="Makró szövege Char"/>
    <w:basedOn w:val="Bekezdsalapbettpusa"/>
    <w:link w:val="Makrszvege"/>
    <w:uiPriority w:val="99"/>
    <w:rsid w:val="0029639D"/>
    <w:rPr>
      <w:rFonts w:ascii="Courier" w:hAnsi="Courier"/>
      <w:sz w:val="20"/>
      <w:szCs w:val="20"/>
    </w:rPr>
  </w:style>
  <w:style w:type="paragraph" w:styleId="Idzet">
    <w:name w:val="Quote"/>
    <w:basedOn w:val="Norml"/>
    <w:next w:val="Norml"/>
    <w:link w:val="IdzetChar"/>
    <w:uiPriority w:val="29"/>
    <w:qFormat/>
    <w:rsid w:val="00FC693F"/>
    <w:rPr>
      <w:i/>
      <w:iCs/>
      <w:color w:val="000000" w:themeColor="text1"/>
    </w:rPr>
  </w:style>
  <w:style w:type="character" w:customStyle="1" w:styleId="IdzetChar">
    <w:name w:val="Idézet Char"/>
    <w:basedOn w:val="Bekezdsalapbettpusa"/>
    <w:link w:val="Idzet"/>
    <w:uiPriority w:val="29"/>
    <w:rsid w:val="00FC693F"/>
    <w:rPr>
      <w:i/>
      <w:iCs/>
      <w:color w:val="000000" w:themeColor="text1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Kiemels2">
    <w:name w:val="Strong"/>
    <w:basedOn w:val="Bekezdsalapbettpusa"/>
    <w:uiPriority w:val="22"/>
    <w:qFormat/>
    <w:rsid w:val="00FC693F"/>
    <w:rPr>
      <w:b/>
      <w:bCs/>
    </w:rPr>
  </w:style>
  <w:style w:type="character" w:styleId="Kiemels">
    <w:name w:val="Emphasis"/>
    <w:basedOn w:val="Bekezdsalapbettpusa"/>
    <w:uiPriority w:val="20"/>
    <w:qFormat/>
    <w:rsid w:val="00FC693F"/>
    <w:rPr>
      <w:i/>
      <w:iCs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FC693F"/>
    <w:rPr>
      <w:b/>
      <w:bCs/>
      <w:i/>
      <w:iCs/>
      <w:color w:val="4F81BD" w:themeColor="accent1"/>
    </w:rPr>
  </w:style>
  <w:style w:type="character" w:styleId="Finomkiemels">
    <w:name w:val="Subtle Emphasis"/>
    <w:basedOn w:val="Bekezdsalapbettpusa"/>
    <w:uiPriority w:val="19"/>
    <w:qFormat/>
    <w:rsid w:val="00FC693F"/>
    <w:rPr>
      <w:i/>
      <w:iCs/>
      <w:color w:val="808080" w:themeColor="text1" w:themeTint="7F"/>
    </w:rPr>
  </w:style>
  <w:style w:type="character" w:styleId="Erskiemels">
    <w:name w:val="Intense Emphasis"/>
    <w:basedOn w:val="Bekezdsalapbettpusa"/>
    <w:uiPriority w:val="21"/>
    <w:qFormat/>
    <w:rsid w:val="00FC693F"/>
    <w:rPr>
      <w:b/>
      <w:bCs/>
      <w:i/>
      <w:iCs/>
      <w:color w:val="4F81BD" w:themeColor="accent1"/>
    </w:rPr>
  </w:style>
  <w:style w:type="character" w:styleId="Finomhivatkozs">
    <w:name w:val="Subtle Reference"/>
    <w:basedOn w:val="Bekezdsalapbettpusa"/>
    <w:uiPriority w:val="31"/>
    <w:qFormat/>
    <w:rsid w:val="00FC693F"/>
    <w:rPr>
      <w:smallCaps/>
      <w:color w:val="C0504D" w:themeColor="accent2"/>
      <w:u w:val="single"/>
    </w:rPr>
  </w:style>
  <w:style w:type="character" w:styleId="Ershivatkozs">
    <w:name w:val="Intense Reference"/>
    <w:basedOn w:val="Bekezdsalapbettpusa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nyvcme">
    <w:name w:val="Book Title"/>
    <w:basedOn w:val="Bekezdsalapbettpusa"/>
    <w:uiPriority w:val="33"/>
    <w:qFormat/>
    <w:rsid w:val="00FC693F"/>
    <w:rPr>
      <w:b/>
      <w:bCs/>
      <w:smallCaps/>
      <w:spacing w:val="5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FC693F"/>
    <w:pPr>
      <w:outlineLvl w:val="9"/>
    </w:pPr>
  </w:style>
  <w:style w:type="table" w:styleId="Rcsostblzat">
    <w:name w:val="Table Grid"/>
    <w:basedOn w:val="Normltblzat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ilgostnus">
    <w:name w:val="Light Shading"/>
    <w:basedOn w:val="Normltblzat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Vilgosrnykols1jellszn">
    <w:name w:val="Light Shading Accent 1"/>
    <w:basedOn w:val="Normltblzat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Vilgosrnykols2jellszn">
    <w:name w:val="Light Shading Accent 2"/>
    <w:basedOn w:val="Normltblzat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Vilgosrnykols3jellszn">
    <w:name w:val="Light Shading Accent 3"/>
    <w:basedOn w:val="Normltblzat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Vilgosrnykols4jellszn">
    <w:name w:val="Light Shading Accent 4"/>
    <w:basedOn w:val="Normltblzat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Vilgosrnykols5jellszn">
    <w:name w:val="Light Shading Accent 5"/>
    <w:basedOn w:val="Normltblzat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Vilgosrnykols6jellszn">
    <w:name w:val="Light Shading Accent 6"/>
    <w:basedOn w:val="Normltblzat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Vilgoslista">
    <w:name w:val="Light List"/>
    <w:basedOn w:val="Normltblzat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Vilgoslista1jellszn">
    <w:name w:val="Light List Accent 1"/>
    <w:basedOn w:val="Normltblzat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Vilgoslista2jellszn">
    <w:name w:val="Light List Accent 2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Vilgoslista3jellszn">
    <w:name w:val="Light List Accent 3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Vilgoslista4jellszn">
    <w:name w:val="Light List Accent 4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Vilgoslista5jellszn">
    <w:name w:val="Light List Accent 5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Vilgoslista6jellszn">
    <w:name w:val="Light List Accent 6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Vilgosrcs">
    <w:name w:val="Light Grid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Vilgosrcs1jellszn">
    <w:name w:val="Light Grid Accent 1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Vilgosrcs2jellszn">
    <w:name w:val="Light Grid Accent 2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Vilgosrcs3jellszn">
    <w:name w:val="Light Grid Accent 3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Vilgosrcs4jellszn">
    <w:name w:val="Light Grid Accent 4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Vilgosrcs5jellszn">
    <w:name w:val="Light Grid Accent 5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Vilgosrcs6jellszn">
    <w:name w:val="Light Grid Accent 6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Kzepesrnykols1">
    <w:name w:val="Medium Shading 1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1jellszn">
    <w:name w:val="Medium Shading 1 Accent 1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2jellszn">
    <w:name w:val="Medium Shading 1 Accent 2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3jellszn">
    <w:name w:val="Medium Shading 1 Accent 3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4jellszn">
    <w:name w:val="Medium Shading 1 Accent 4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5jellszn">
    <w:name w:val="Medium Shading 1 Accent 5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6jellszn">
    <w:name w:val="Medium Shading 1 Accent 6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2">
    <w:name w:val="Medium Shading 2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1jellszn">
    <w:name w:val="Medium Shading 2 Accent 1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2jellszn">
    <w:name w:val="Medium Shading 2 Accent 2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3jellszn">
    <w:name w:val="Medium Shading 2 Accent 3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4jellszn">
    <w:name w:val="Medium Shading 2 Accent 4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5jellszn">
    <w:name w:val="Medium Shading 2 Accent 5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6jellszn">
    <w:name w:val="Medium Shading 2 Accent 6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lista1">
    <w:name w:val="Medium List 1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Kzepeslista11jellszn">
    <w:name w:val="Medium List 1 Accent 1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Kzepeslista12jellszn">
    <w:name w:val="Medium List 1 Accent 2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Kzepeslista13jellszn">
    <w:name w:val="Medium List 1 Accent 3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Kzepeslista14jellszn">
    <w:name w:val="Medium List 1 Accent 4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Kzepeslista15jellszn">
    <w:name w:val="Medium List 1 Accent 5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Kzepeslista16jellszn">
    <w:name w:val="Medium List 1 Accent 6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Kzepeslista2">
    <w:name w:val="Medium List 2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1jellszn">
    <w:name w:val="Medium List 2 Accent 1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2jellszn">
    <w:name w:val="Medium List 2 Accent 2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3jellszn">
    <w:name w:val="Medium List 2 Accent 3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4jellszn">
    <w:name w:val="Medium List 2 Accent 4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5jellszn">
    <w:name w:val="Medium List 2 Accent 5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6jellszn">
    <w:name w:val="Medium List 2 Accent 6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rcs1">
    <w:name w:val="Medium Grid 1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zepesrcs11jellszn">
    <w:name w:val="Medium Grid 1 Accent 1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zepesrcs12jellszn">
    <w:name w:val="Medium Grid 1 Accent 2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zepesrcs13jellszn">
    <w:name w:val="Medium Grid 1 Accent 3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zepesrcs14jellszn">
    <w:name w:val="Medium Grid 1 Accent 4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zepesrcs15jellszn">
    <w:name w:val="Medium Grid 1 Accent 5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zepesrcs16jellszn">
    <w:name w:val="Medium Grid 1 Accent 6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Kzepesrcs2">
    <w:name w:val="Medium Grid 2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1jellszn">
    <w:name w:val="Medium Grid 2 Accent 1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2jellszn">
    <w:name w:val="Medium Grid 2 Accent 2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3jellszn">
    <w:name w:val="Medium Grid 2 Accent 3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4jellszn">
    <w:name w:val="Medium Grid 2 Accent 4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5jellszn">
    <w:name w:val="Medium Grid 2 Accent 5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6jellszn">
    <w:name w:val="Medium Grid 2 Accent 6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3">
    <w:name w:val="Medium Grid 3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Kzepesrcs31jellszn">
    <w:name w:val="Medium Grid 3 Accent 1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Kzepesrcs32jellszn">
    <w:name w:val="Medium Grid 3 Accent 2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Kzepesrcs33jellszn">
    <w:name w:val="Medium Grid 3 Accent 3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Kzepesrcs34jellszn">
    <w:name w:val="Medium Grid 3 Accent 4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Kzepesrcs35jellszn">
    <w:name w:val="Medium Grid 3 Accent 5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Kzepesrcs36jellszn">
    <w:name w:val="Medium Grid 3 Accent 6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Sttlista">
    <w:name w:val="Dark List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Sttlista1jellszn">
    <w:name w:val="Dark List Accent 1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Sttlista2jellszn">
    <w:name w:val="Dark List Accent 2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Sttlista3jellszn">
    <w:name w:val="Dark List Accent 3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Sttlista4jellszn">
    <w:name w:val="Dark List Accent 4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Sttlista5jellszn">
    <w:name w:val="Dark List Accent 5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Sttlista6jellszn">
    <w:name w:val="Dark List Accent 6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znesrnykols">
    <w:name w:val="Colorful Shading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1jellszn">
    <w:name w:val="Colorful Shading Accent 1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2jellszn">
    <w:name w:val="Colorful Shading Accent 2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3jellszn">
    <w:name w:val="Colorful Shading Accent 3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znesrnykols4jellszn">
    <w:name w:val="Colorful Shading Accent 4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5jellszn">
    <w:name w:val="Colorful Shading Accent 5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6jellszn">
    <w:name w:val="Colorful Shading Accent 6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lista">
    <w:name w:val="Colorful List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zneslista1jellszn">
    <w:name w:val="Colorful List Accent 1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Szneslista2jellszn">
    <w:name w:val="Colorful List Accent 2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Szneslista3jellszn">
    <w:name w:val="Colorful List Accent 3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Szneslista4jellszn">
    <w:name w:val="Colorful List Accent 4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Szneslista5jellszn">
    <w:name w:val="Colorful List Accent 5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Szneslista6jellszn">
    <w:name w:val="Colorful List Accent 6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znesrcs">
    <w:name w:val="Colorful Grid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znesrcs1jellszn">
    <w:name w:val="Colorful Grid Accent 1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znesrcs2jellszn">
    <w:name w:val="Colorful Grid Accent 2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znesrcs3jellszn">
    <w:name w:val="Colorful Grid Accent 3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znesrcs4jellszn">
    <w:name w:val="Colorful Grid Accent 4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znesrcs5jellszn">
    <w:name w:val="Colorful Grid Accent 5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znesrcs6jellszn">
    <w:name w:val="Colorful Grid Accent 6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F2F743-B056-405E-81E0-493C23454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640</Characters>
  <Application>Microsoft Office Word</Application>
  <DocSecurity>0</DocSecurity>
  <Lines>5</Lines>
  <Paragraphs>1</Paragraphs>
  <ScaleCrop>false</ScaleCrop>
  <HeadingPairs>
    <vt:vector size="6" baseType="variant">
      <vt:variant>
        <vt:lpstr>Cím</vt:lpstr>
      </vt:variant>
      <vt:variant>
        <vt:i4>1</vt:i4>
      </vt:variant>
      <vt:variant>
        <vt:lpstr>Címsorok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>Alapvető szervezeti adatok</vt:lpstr>
      <vt:lpstr/>
    </vt:vector>
  </TitlesOfParts>
  <Manager/>
  <Company/>
  <LinksUpToDate>false</LinksUpToDate>
  <CharactersWithSpaces>731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Magyar-Kósa Tímea</cp:lastModifiedBy>
  <cp:revision>2</cp:revision>
  <dcterms:created xsi:type="dcterms:W3CDTF">2026-02-10T17:48:00Z</dcterms:created>
  <dcterms:modified xsi:type="dcterms:W3CDTF">2026-02-10T17:48:00Z</dcterms:modified>
  <cp:category/>
</cp:coreProperties>
</file>